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0F8785" w14:textId="4E040C48" w:rsidR="00A26261" w:rsidRPr="00697FA7" w:rsidRDefault="00000000">
      <w:pPr>
        <w:spacing w:after="40"/>
        <w:jc w:val="center"/>
        <w:rPr>
          <w:lang w:val="pt-BR"/>
        </w:rPr>
      </w:pPr>
      <w:r w:rsidRPr="00697FA7">
        <w:rPr>
          <w:b/>
          <w:lang w:val="pt-BR"/>
        </w:rPr>
        <w:t>PREFEITURA MUNICIPAL DE GURINHATÃ</w:t>
      </w:r>
      <w:r w:rsidRPr="00697FA7">
        <w:rPr>
          <w:b/>
          <w:lang w:val="pt-BR"/>
        </w:rPr>
        <w:br/>
        <w:t>Estado de Minas Gerais | Setor de Tributos e Arrecadação</w:t>
      </w:r>
      <w:r w:rsidRPr="00697FA7">
        <w:rPr>
          <w:b/>
          <w:lang w:val="pt-BR"/>
        </w:rPr>
        <w:br/>
        <w:t>Av. Jonas Vilela Franco, 490 - Tel: (34) 3264-1</w:t>
      </w:r>
      <w:r w:rsidR="00EC2623">
        <w:rPr>
          <w:b/>
          <w:lang w:val="pt-BR"/>
        </w:rPr>
        <w:t>650  ou (34) 3264-1010</w:t>
      </w:r>
      <w:r w:rsidRPr="00697FA7">
        <w:rPr>
          <w:b/>
          <w:lang w:val="pt-BR"/>
        </w:rPr>
        <w:t xml:space="preserve"> - CEP 38310-000</w:t>
      </w:r>
      <w:r w:rsidRPr="00697FA7">
        <w:rPr>
          <w:b/>
          <w:lang w:val="pt-BR"/>
        </w:rPr>
        <w:br/>
        <w:t>E-mail: tributario@gurinhata.mg.gov.br</w:t>
      </w:r>
    </w:p>
    <w:p w14:paraId="1ECEEAFC" w14:textId="77777777" w:rsidR="00A26261" w:rsidRPr="00697FA7" w:rsidRDefault="00000000">
      <w:pPr>
        <w:spacing w:after="240"/>
        <w:jc w:val="center"/>
        <w:rPr>
          <w:lang w:val="pt-BR"/>
        </w:rPr>
      </w:pPr>
      <w:r w:rsidRPr="00697FA7">
        <w:rPr>
          <w:b/>
          <w:lang w:val="pt-BR"/>
        </w:rPr>
        <w:t>______________________________________________________________________</w:t>
      </w:r>
    </w:p>
    <w:p w14:paraId="03198E28" w14:textId="77777777" w:rsidR="00A26261" w:rsidRPr="00697FA7" w:rsidRDefault="00000000">
      <w:pPr>
        <w:spacing w:after="280"/>
        <w:jc w:val="center"/>
        <w:rPr>
          <w:lang w:val="pt-BR"/>
        </w:rPr>
      </w:pPr>
      <w:r w:rsidRPr="00697FA7">
        <w:rPr>
          <w:b/>
          <w:sz w:val="26"/>
          <w:lang w:val="pt-BR"/>
        </w:rPr>
        <w:t>REQUERIMENTO DE ALVARÁ EVENTUAL</w:t>
      </w:r>
    </w:p>
    <w:p w14:paraId="066F4863" w14:textId="77777777" w:rsidR="00A26261" w:rsidRPr="00697FA7" w:rsidRDefault="00000000">
      <w:pPr>
        <w:spacing w:before="240" w:after="120"/>
        <w:rPr>
          <w:lang w:val="pt-BR"/>
        </w:rPr>
      </w:pPr>
      <w:r w:rsidRPr="00697FA7">
        <w:rPr>
          <w:b/>
          <w:lang w:val="pt-BR"/>
        </w:rPr>
        <w:t>1. DADOS DO REQUERENTE</w:t>
      </w:r>
    </w:p>
    <w:p w14:paraId="7638A5C0" w14:textId="77777777" w:rsidR="00A26261" w:rsidRPr="00697FA7" w:rsidRDefault="00000000">
      <w:pPr>
        <w:spacing w:after="80"/>
        <w:rPr>
          <w:lang w:val="pt-BR"/>
        </w:rPr>
      </w:pPr>
      <w:r w:rsidRPr="00697FA7">
        <w:rPr>
          <w:b/>
          <w:sz w:val="21"/>
          <w:lang w:val="pt-BR"/>
        </w:rPr>
        <w:t xml:space="preserve">1.1. NOME COMPLETO / RAZÃO SOCIAL: </w:t>
      </w:r>
      <w:r w:rsidRPr="00697FA7">
        <w:rPr>
          <w:color w:val="646464"/>
          <w:sz w:val="21"/>
          <w:lang w:val="pt-BR"/>
        </w:rPr>
        <w:t>__________________________________________________________________</w:t>
      </w:r>
    </w:p>
    <w:p w14:paraId="763BB8E3" w14:textId="77777777" w:rsidR="00A26261" w:rsidRPr="00697FA7" w:rsidRDefault="00000000">
      <w:pPr>
        <w:spacing w:after="80"/>
        <w:rPr>
          <w:lang w:val="pt-BR"/>
        </w:rPr>
      </w:pPr>
      <w:r w:rsidRPr="00697FA7">
        <w:rPr>
          <w:b/>
          <w:sz w:val="21"/>
          <w:lang w:val="pt-BR"/>
        </w:rPr>
        <w:t xml:space="preserve">1.2. CNPJ / CPF: </w:t>
      </w:r>
      <w:r w:rsidRPr="00697FA7">
        <w:rPr>
          <w:color w:val="646464"/>
          <w:sz w:val="21"/>
          <w:lang w:val="pt-BR"/>
        </w:rPr>
        <w:t>___________________________</w:t>
      </w:r>
    </w:p>
    <w:p w14:paraId="6C30E103" w14:textId="77777777" w:rsidR="00A26261" w:rsidRPr="00697FA7" w:rsidRDefault="00000000">
      <w:pPr>
        <w:spacing w:after="80"/>
        <w:rPr>
          <w:lang w:val="pt-BR"/>
        </w:rPr>
      </w:pPr>
      <w:r w:rsidRPr="00697FA7">
        <w:rPr>
          <w:b/>
          <w:sz w:val="21"/>
          <w:lang w:val="pt-BR"/>
        </w:rPr>
        <w:t xml:space="preserve">1.3. ENDEREÇO: </w:t>
      </w:r>
      <w:r w:rsidRPr="00697FA7">
        <w:rPr>
          <w:color w:val="646464"/>
          <w:sz w:val="21"/>
          <w:lang w:val="pt-BR"/>
        </w:rPr>
        <w:t>_________________________________________________________________________</w:t>
      </w:r>
    </w:p>
    <w:p w14:paraId="2A35165E" w14:textId="77777777" w:rsidR="00A26261" w:rsidRPr="00697FA7" w:rsidRDefault="00000000">
      <w:pPr>
        <w:spacing w:after="80"/>
        <w:rPr>
          <w:lang w:val="pt-BR"/>
        </w:rPr>
      </w:pPr>
      <w:r w:rsidRPr="00697FA7">
        <w:rPr>
          <w:b/>
          <w:sz w:val="21"/>
          <w:lang w:val="pt-BR"/>
        </w:rPr>
        <w:t xml:space="preserve">1.4. TELEFONE: </w:t>
      </w:r>
      <w:r w:rsidRPr="00697FA7">
        <w:rPr>
          <w:color w:val="646464"/>
          <w:sz w:val="21"/>
          <w:lang w:val="pt-BR"/>
        </w:rPr>
        <w:t>___________________________</w:t>
      </w:r>
    </w:p>
    <w:p w14:paraId="51A7EBBD" w14:textId="77777777" w:rsidR="00A26261" w:rsidRPr="00697FA7" w:rsidRDefault="00000000">
      <w:pPr>
        <w:spacing w:after="80"/>
        <w:rPr>
          <w:lang w:val="pt-BR"/>
        </w:rPr>
      </w:pPr>
      <w:r w:rsidRPr="00697FA7">
        <w:rPr>
          <w:b/>
          <w:sz w:val="21"/>
          <w:lang w:val="pt-BR"/>
        </w:rPr>
        <w:t xml:space="preserve">1.5. ADMINISTRADOR DA EMPRESA (SE HOUVER): </w:t>
      </w:r>
      <w:r w:rsidRPr="00697FA7">
        <w:rPr>
          <w:color w:val="646464"/>
          <w:sz w:val="21"/>
          <w:lang w:val="pt-BR"/>
        </w:rPr>
        <w:t>______________________________________________________</w:t>
      </w:r>
    </w:p>
    <w:p w14:paraId="320B9877" w14:textId="77777777" w:rsidR="00A26261" w:rsidRPr="00697FA7" w:rsidRDefault="00000000">
      <w:pPr>
        <w:spacing w:before="240" w:after="120"/>
        <w:rPr>
          <w:lang w:val="pt-BR"/>
        </w:rPr>
      </w:pPr>
      <w:r w:rsidRPr="00697FA7">
        <w:rPr>
          <w:b/>
          <w:lang w:val="pt-BR"/>
        </w:rPr>
        <w:t>2. LOCALIZAÇÃO DO EVENTO</w:t>
      </w:r>
    </w:p>
    <w:p w14:paraId="01E4C8CD" w14:textId="77777777" w:rsidR="00A26261" w:rsidRPr="00697FA7" w:rsidRDefault="00000000">
      <w:pPr>
        <w:spacing w:after="80"/>
        <w:rPr>
          <w:lang w:val="pt-BR"/>
        </w:rPr>
      </w:pPr>
      <w:r w:rsidRPr="00697FA7">
        <w:rPr>
          <w:b/>
          <w:sz w:val="21"/>
          <w:lang w:val="pt-BR"/>
        </w:rPr>
        <w:t xml:space="preserve">2.1. ENDEREÇO DO EVENTO: </w:t>
      </w:r>
      <w:r w:rsidRPr="00697FA7">
        <w:rPr>
          <w:color w:val="646464"/>
          <w:sz w:val="21"/>
          <w:lang w:val="pt-BR"/>
        </w:rPr>
        <w:t>____________________________________________________________________</w:t>
      </w:r>
    </w:p>
    <w:p w14:paraId="40F82375" w14:textId="77777777" w:rsidR="00A26261" w:rsidRPr="00697FA7" w:rsidRDefault="00000000">
      <w:pPr>
        <w:spacing w:after="80"/>
        <w:rPr>
          <w:lang w:val="pt-BR"/>
        </w:rPr>
      </w:pPr>
      <w:r w:rsidRPr="00697FA7">
        <w:rPr>
          <w:b/>
          <w:sz w:val="21"/>
          <w:lang w:val="pt-BR"/>
        </w:rPr>
        <w:t xml:space="preserve">2.2. CIDADE: </w:t>
      </w:r>
      <w:r w:rsidRPr="00697FA7">
        <w:rPr>
          <w:color w:val="646464"/>
          <w:sz w:val="21"/>
          <w:lang w:val="pt-BR"/>
        </w:rPr>
        <w:t>Gurinhatã / MG</w:t>
      </w:r>
    </w:p>
    <w:p w14:paraId="0A75282F" w14:textId="77777777" w:rsidR="00A26261" w:rsidRPr="00697FA7" w:rsidRDefault="00000000">
      <w:pPr>
        <w:spacing w:after="80"/>
        <w:rPr>
          <w:lang w:val="pt-BR"/>
        </w:rPr>
      </w:pPr>
      <w:r w:rsidRPr="00697FA7">
        <w:rPr>
          <w:b/>
          <w:sz w:val="21"/>
          <w:lang w:val="pt-BR"/>
        </w:rPr>
        <w:t xml:space="preserve">2.3. CEP: </w:t>
      </w:r>
      <w:r w:rsidRPr="00697FA7">
        <w:rPr>
          <w:color w:val="646464"/>
          <w:sz w:val="21"/>
          <w:lang w:val="pt-BR"/>
        </w:rPr>
        <w:t>38310-000</w:t>
      </w:r>
    </w:p>
    <w:p w14:paraId="4B935409" w14:textId="77777777" w:rsidR="00A26261" w:rsidRPr="00697FA7" w:rsidRDefault="00000000">
      <w:pPr>
        <w:spacing w:before="240" w:after="120"/>
        <w:rPr>
          <w:lang w:val="pt-BR"/>
        </w:rPr>
      </w:pPr>
      <w:r w:rsidRPr="00697FA7">
        <w:rPr>
          <w:b/>
          <w:lang w:val="pt-BR"/>
        </w:rPr>
        <w:t>3. HORÁRIO DO EVENTO, DATAS E PÚBLICO</w:t>
      </w:r>
    </w:p>
    <w:p w14:paraId="6E0BC99D" w14:textId="77777777" w:rsidR="00A26261" w:rsidRPr="00697FA7" w:rsidRDefault="00000000">
      <w:pPr>
        <w:spacing w:after="80"/>
        <w:rPr>
          <w:lang w:val="pt-BR"/>
        </w:rPr>
      </w:pPr>
      <w:r w:rsidRPr="00697FA7">
        <w:rPr>
          <w:b/>
          <w:sz w:val="21"/>
          <w:lang w:val="pt-BR"/>
        </w:rPr>
        <w:t xml:space="preserve">3.1. HORÁRIO DE INÍCIO / DATA: </w:t>
      </w:r>
      <w:r w:rsidRPr="00697FA7">
        <w:rPr>
          <w:color w:val="646464"/>
          <w:sz w:val="21"/>
          <w:lang w:val="pt-BR"/>
        </w:rPr>
        <w:t>____/____/2026 às ____:____ h</w:t>
      </w:r>
    </w:p>
    <w:p w14:paraId="55427EE6" w14:textId="77777777" w:rsidR="00A26261" w:rsidRPr="00697FA7" w:rsidRDefault="00000000">
      <w:pPr>
        <w:spacing w:after="80"/>
        <w:rPr>
          <w:lang w:val="pt-BR"/>
        </w:rPr>
      </w:pPr>
      <w:r w:rsidRPr="00697FA7">
        <w:rPr>
          <w:b/>
          <w:sz w:val="21"/>
          <w:lang w:val="pt-BR"/>
        </w:rPr>
        <w:t xml:space="preserve">3.2. HORÁRIO FINAL / DATA: </w:t>
      </w:r>
      <w:r w:rsidRPr="00697FA7">
        <w:rPr>
          <w:color w:val="646464"/>
          <w:sz w:val="21"/>
          <w:lang w:val="pt-BR"/>
        </w:rPr>
        <w:t>____/____/2026 às ____:____ h</w:t>
      </w:r>
    </w:p>
    <w:p w14:paraId="18836120" w14:textId="2389BC65" w:rsidR="00697FA7" w:rsidRPr="00697FA7" w:rsidRDefault="00000000">
      <w:pPr>
        <w:spacing w:after="80"/>
        <w:rPr>
          <w:color w:val="646464"/>
          <w:sz w:val="21"/>
          <w:lang w:val="pt-BR"/>
        </w:rPr>
      </w:pPr>
      <w:r w:rsidRPr="00697FA7">
        <w:rPr>
          <w:b/>
          <w:sz w:val="21"/>
          <w:lang w:val="pt-BR"/>
        </w:rPr>
        <w:t xml:space="preserve">3.3. </w:t>
      </w:r>
      <w:r w:rsidR="00697FA7" w:rsidRPr="00697FA7">
        <w:rPr>
          <w:b/>
          <w:bCs/>
          <w:lang w:val="pt-BR"/>
        </w:rPr>
        <w:t>ESTIMATIVA DE PÚBLICO PREVISTO:</w:t>
      </w:r>
      <w:r w:rsidR="00697FA7" w:rsidRPr="00697FA7">
        <w:rPr>
          <w:lang w:val="pt-BR"/>
        </w:rPr>
        <w:t xml:space="preserve"> _____________ pessoas </w:t>
      </w:r>
      <w:r w:rsidR="00697FA7" w:rsidRPr="00697FA7">
        <w:rPr>
          <w:b/>
          <w:bCs/>
          <w:lang w:val="pt-BR"/>
        </w:rPr>
        <w:t>(ATENÇÃO: Se acima de 200 pessoas, é obrigatória a apresentação dos itens de segurança privada e alvará judicial abaixo)</w:t>
      </w:r>
      <w:r w:rsidR="00697FA7" w:rsidRPr="00697FA7">
        <w:rPr>
          <w:lang w:val="pt-BR"/>
        </w:rPr>
        <w:t>.</w:t>
      </w:r>
    </w:p>
    <w:p w14:paraId="0E2DF11B" w14:textId="77777777" w:rsidR="00A26261" w:rsidRPr="00697FA7" w:rsidRDefault="00000000">
      <w:pPr>
        <w:spacing w:after="80"/>
        <w:rPr>
          <w:lang w:val="pt-BR"/>
        </w:rPr>
      </w:pPr>
      <w:r w:rsidRPr="00697FA7">
        <w:rPr>
          <w:b/>
          <w:sz w:val="21"/>
          <w:lang w:val="pt-BR"/>
        </w:rPr>
        <w:t xml:space="preserve">3.4. CARÁTER COMERCIAL: </w:t>
      </w:r>
      <w:r w:rsidRPr="00697FA7">
        <w:rPr>
          <w:color w:val="646464"/>
          <w:sz w:val="21"/>
          <w:lang w:val="pt-BR"/>
        </w:rPr>
        <w:t>(   ) Com fins lucrativos        (   ) Sem fins lucrativos</w:t>
      </w:r>
    </w:p>
    <w:p w14:paraId="13874698" w14:textId="77777777" w:rsidR="00A26261" w:rsidRPr="00697FA7" w:rsidRDefault="00000000">
      <w:pPr>
        <w:spacing w:after="80"/>
        <w:rPr>
          <w:lang w:val="pt-BR"/>
        </w:rPr>
      </w:pPr>
      <w:r w:rsidRPr="00697FA7">
        <w:rPr>
          <w:b/>
          <w:sz w:val="21"/>
          <w:lang w:val="pt-BR"/>
        </w:rPr>
        <w:t xml:space="preserve">3.5. DESCRIÇÃO DO EVENTO: </w:t>
      </w:r>
      <w:r w:rsidRPr="00697FA7">
        <w:rPr>
          <w:color w:val="646464"/>
          <w:sz w:val="21"/>
          <w:lang w:val="pt-BR"/>
        </w:rPr>
        <w:t>_____________________________________________________________________</w:t>
      </w:r>
    </w:p>
    <w:p w14:paraId="47ABE805" w14:textId="77777777" w:rsidR="00A26261" w:rsidRPr="00697FA7" w:rsidRDefault="00000000">
      <w:pPr>
        <w:spacing w:before="240" w:after="120"/>
        <w:rPr>
          <w:lang w:val="pt-BR"/>
        </w:rPr>
      </w:pPr>
      <w:r w:rsidRPr="00697FA7">
        <w:rPr>
          <w:b/>
          <w:lang w:val="pt-BR"/>
        </w:rPr>
        <w:t>4. ANEXAR OS SEGUINTES DOCUMENTOS (Checklist conforme Portaria nº 003/2022 de Ituiutaba/MG)</w:t>
      </w:r>
    </w:p>
    <w:p w14:paraId="28F0E780" w14:textId="77777777" w:rsidR="00A26261" w:rsidRPr="00697FA7" w:rsidRDefault="00000000">
      <w:pPr>
        <w:spacing w:after="80"/>
        <w:ind w:left="576"/>
        <w:rPr>
          <w:lang w:val="pt-BR"/>
        </w:rPr>
      </w:pPr>
      <w:r w:rsidRPr="00697FA7">
        <w:rPr>
          <w:b/>
          <w:lang w:val="pt-BR"/>
        </w:rPr>
        <w:t xml:space="preserve">(   ) DOCUMENTO PESSOAL: </w:t>
      </w:r>
      <w:r w:rsidRPr="00697FA7">
        <w:rPr>
          <w:lang w:val="pt-BR"/>
        </w:rPr>
        <w:t>Cópia do RG e CPF do organizador ou representante legal.</w:t>
      </w:r>
    </w:p>
    <w:p w14:paraId="3CEDF19E" w14:textId="77777777" w:rsidR="00A26261" w:rsidRPr="00697FA7" w:rsidRDefault="00000000">
      <w:pPr>
        <w:spacing w:after="80"/>
        <w:ind w:left="576"/>
        <w:rPr>
          <w:lang w:val="pt-BR"/>
        </w:rPr>
      </w:pPr>
      <w:r w:rsidRPr="00697FA7">
        <w:rPr>
          <w:b/>
          <w:lang w:val="pt-BR"/>
        </w:rPr>
        <w:t xml:space="preserve">(   ) COMPROVANTE DE ENDEREÇO: </w:t>
      </w:r>
      <w:r w:rsidRPr="00697FA7">
        <w:rPr>
          <w:lang w:val="pt-BR"/>
        </w:rPr>
        <w:t>Cópia de comprovante de residência atualizado do requerente.</w:t>
      </w:r>
    </w:p>
    <w:p w14:paraId="0F5B0541" w14:textId="77777777" w:rsidR="00A26261" w:rsidRPr="00697FA7" w:rsidRDefault="00000000">
      <w:pPr>
        <w:spacing w:after="80"/>
        <w:ind w:left="576"/>
        <w:rPr>
          <w:lang w:val="pt-BR"/>
        </w:rPr>
      </w:pPr>
      <w:r w:rsidRPr="00697FA7">
        <w:rPr>
          <w:b/>
          <w:lang w:val="pt-BR"/>
        </w:rPr>
        <w:t xml:space="preserve">(   ) GUIA DE RECOLHIMENTO PAGA: </w:t>
      </w:r>
      <w:r w:rsidRPr="00697FA7">
        <w:rPr>
          <w:lang w:val="pt-BR"/>
        </w:rPr>
        <w:t>Comprovante de pagamento de taxas municipais eventuais (isento se sem fins lucrativos).</w:t>
      </w:r>
    </w:p>
    <w:p w14:paraId="31E553B3" w14:textId="77777777" w:rsidR="00A26261" w:rsidRPr="00697FA7" w:rsidRDefault="00000000">
      <w:pPr>
        <w:spacing w:after="80"/>
        <w:ind w:left="576"/>
        <w:rPr>
          <w:lang w:val="pt-BR"/>
        </w:rPr>
      </w:pPr>
      <w:r w:rsidRPr="00697FA7">
        <w:rPr>
          <w:b/>
          <w:lang w:val="pt-BR"/>
        </w:rPr>
        <w:t xml:space="preserve">(   ) REQUERIMENTO DA POLÍCIA MILITAR: </w:t>
      </w:r>
      <w:r w:rsidRPr="00697FA7">
        <w:rPr>
          <w:lang w:val="pt-BR"/>
        </w:rPr>
        <w:t>Cópia da comunicação/requerimento protocolado no Destacamento da PM de Gurinhatã.</w:t>
      </w:r>
    </w:p>
    <w:p w14:paraId="45C8BFA3" w14:textId="77777777" w:rsidR="00A26261" w:rsidRPr="00697FA7" w:rsidRDefault="00000000">
      <w:pPr>
        <w:spacing w:after="80"/>
        <w:ind w:left="576"/>
        <w:rPr>
          <w:lang w:val="pt-BR"/>
        </w:rPr>
      </w:pPr>
      <w:r w:rsidRPr="00697FA7">
        <w:rPr>
          <w:b/>
          <w:lang w:val="pt-BR"/>
        </w:rPr>
        <w:t xml:space="preserve">(   ) ALVARÁ JUDICIAL DA INFÂNCIA E JUVENTUDE: </w:t>
      </w:r>
      <w:r w:rsidRPr="00697FA7">
        <w:rPr>
          <w:lang w:val="pt-BR"/>
        </w:rPr>
        <w:t>Protocolo ou cópia do alvará judicial expedido pela Comarca de Ituiutaba.</w:t>
      </w:r>
    </w:p>
    <w:p w14:paraId="416CA03D" w14:textId="77777777" w:rsidR="00A26261" w:rsidRPr="00697FA7" w:rsidRDefault="00000000">
      <w:pPr>
        <w:spacing w:after="80"/>
        <w:ind w:left="1008"/>
        <w:rPr>
          <w:lang w:val="pt-BR"/>
        </w:rPr>
      </w:pPr>
      <w:r w:rsidRPr="00697FA7">
        <w:rPr>
          <w:color w:val="323232"/>
          <w:sz w:val="19"/>
          <w:lang w:val="pt-BR"/>
        </w:rPr>
        <w:t>Nota: Exigido caso o público seja acima de 200 pessoas, ocorra à noite, possua venda de álcool/tabaco ou conteúdo inadequado (Art. 3º da Portaria nº 003/2022).</w:t>
      </w:r>
    </w:p>
    <w:p w14:paraId="7F4C1DB2" w14:textId="77777777" w:rsidR="00A26261" w:rsidRPr="00697FA7" w:rsidRDefault="00000000">
      <w:pPr>
        <w:spacing w:after="80"/>
        <w:ind w:left="576"/>
        <w:rPr>
          <w:lang w:val="pt-BR"/>
        </w:rPr>
      </w:pPr>
      <w:r w:rsidRPr="00697FA7">
        <w:rPr>
          <w:b/>
          <w:lang w:val="pt-BR"/>
        </w:rPr>
        <w:lastRenderedPageBreak/>
        <w:t xml:space="preserve">(   ) LAUDOS DE SEGURANÇA E AUTO DOS BOMBEIROS (AVCB): </w:t>
      </w:r>
      <w:r w:rsidRPr="00697FA7">
        <w:rPr>
          <w:lang w:val="pt-BR"/>
        </w:rPr>
        <w:t>Apresentação de AVCB válido ou Termo de Autorização do Corpo de Bombeiros com laudo de brigadistas.</w:t>
      </w:r>
    </w:p>
    <w:p w14:paraId="261C3831" w14:textId="77777777" w:rsidR="00A26261" w:rsidRPr="00697FA7" w:rsidRDefault="00000000">
      <w:pPr>
        <w:spacing w:after="80"/>
        <w:ind w:left="1008"/>
        <w:rPr>
          <w:lang w:val="pt-BR"/>
        </w:rPr>
      </w:pPr>
      <w:r w:rsidRPr="00697FA7">
        <w:rPr>
          <w:color w:val="323232"/>
          <w:sz w:val="19"/>
          <w:lang w:val="pt-BR"/>
        </w:rPr>
        <w:t>Nota: Obrigatório caso haja montagem de estruturas como palcos, tendas, camarotes ou barracas (Art. 7º, VII).</w:t>
      </w:r>
    </w:p>
    <w:p w14:paraId="23A47377" w14:textId="77777777" w:rsidR="00A26261" w:rsidRPr="00697FA7" w:rsidRDefault="00000000">
      <w:pPr>
        <w:spacing w:after="80"/>
        <w:ind w:left="576"/>
        <w:rPr>
          <w:lang w:val="pt-BR"/>
        </w:rPr>
      </w:pPr>
      <w:r w:rsidRPr="00697FA7">
        <w:rPr>
          <w:b/>
          <w:lang w:val="pt-BR"/>
        </w:rPr>
        <w:t xml:space="preserve">(   ) CONTRATO DE SEGURANÇA PRIVADA REGULARIZADA: </w:t>
      </w:r>
      <w:r w:rsidRPr="00697FA7">
        <w:rPr>
          <w:lang w:val="pt-BR"/>
        </w:rPr>
        <w:t>Contrato com empresa autorizada pela Polícia Federal acompanhado de listagem com Nome e CPF dos vigilantes.</w:t>
      </w:r>
    </w:p>
    <w:p w14:paraId="76EE5087" w14:textId="77777777" w:rsidR="00A26261" w:rsidRPr="00697FA7" w:rsidRDefault="00000000">
      <w:pPr>
        <w:spacing w:after="80"/>
        <w:ind w:left="1008"/>
        <w:rPr>
          <w:lang w:val="pt-BR"/>
        </w:rPr>
      </w:pPr>
      <w:r w:rsidRPr="00697FA7">
        <w:rPr>
          <w:color w:val="323232"/>
          <w:sz w:val="19"/>
          <w:lang w:val="pt-BR"/>
        </w:rPr>
        <w:t>Nota: Obrigatório sempre que o público previsto for superior a 200 pessoas (Art. 3º, I e Art. 6º, IV).</w:t>
      </w:r>
    </w:p>
    <w:p w14:paraId="2F944301" w14:textId="77777777" w:rsidR="00A26261" w:rsidRPr="00697FA7" w:rsidRDefault="00000000">
      <w:pPr>
        <w:spacing w:after="80"/>
        <w:ind w:left="576"/>
        <w:rPr>
          <w:lang w:val="pt-BR"/>
        </w:rPr>
      </w:pPr>
      <w:r w:rsidRPr="00697FA7">
        <w:rPr>
          <w:b/>
          <w:lang w:val="pt-BR"/>
        </w:rPr>
        <w:t xml:space="preserve">(   ) COMUNICADOS PROTOCOLADOS NA POLÍCIA CIVIL E CONSELHO TUTELAR: </w:t>
      </w:r>
      <w:r w:rsidRPr="00697FA7">
        <w:rPr>
          <w:lang w:val="pt-BR"/>
        </w:rPr>
        <w:t>Comprovante de protocolo de aviso prévio entregue na Delegacia de Polícia Civil local e no Conselho Tutelar de Gurinhatã (Art. 7º, X).</w:t>
      </w:r>
    </w:p>
    <w:p w14:paraId="65DB4FDB" w14:textId="77777777" w:rsidR="00A26261" w:rsidRPr="00697FA7" w:rsidRDefault="00000000">
      <w:pPr>
        <w:spacing w:before="240" w:after="240"/>
        <w:jc w:val="both"/>
        <w:rPr>
          <w:lang w:val="pt-BR"/>
        </w:rPr>
      </w:pPr>
      <w:r w:rsidRPr="00697FA7">
        <w:rPr>
          <w:i/>
          <w:sz w:val="19"/>
          <w:lang w:val="pt-BR"/>
        </w:rPr>
        <w:t>Declaro que são verdadeiras as informações prestadas neste documento de REQUERIMENTO DE ALVARÁ EVENTUAL, caso contrário, estarei incorrendo em flagrante infração ao que determina o Art. 299 do Código Penal, que diz: "Omitir, em documento público ou particular, declaração que dele devia constar, ou nele inserir ou fazer inserir declaração falsa ou diversa da que devia ser escrita, com o fim de prejudicar direito, criar obrigação ou alterar a verdade sobre fato juridicamente relevante: Pena - reclusão, de um a cinco anos, e multa, se o documento é público."</w:t>
      </w:r>
    </w:p>
    <w:p w14:paraId="2993843D" w14:textId="77777777" w:rsidR="00A26261" w:rsidRPr="00697FA7" w:rsidRDefault="00000000">
      <w:pPr>
        <w:spacing w:before="480" w:after="40"/>
        <w:jc w:val="center"/>
        <w:rPr>
          <w:lang w:val="pt-BR"/>
        </w:rPr>
      </w:pPr>
      <w:r w:rsidRPr="00697FA7">
        <w:rPr>
          <w:lang w:val="pt-BR"/>
        </w:rPr>
        <w:t>____________________________________________________</w:t>
      </w:r>
    </w:p>
    <w:p w14:paraId="1B44DF6B" w14:textId="77777777" w:rsidR="00A26261" w:rsidRPr="00697FA7" w:rsidRDefault="00000000">
      <w:pPr>
        <w:spacing w:after="240"/>
        <w:jc w:val="center"/>
        <w:rPr>
          <w:lang w:val="pt-BR"/>
        </w:rPr>
      </w:pPr>
      <w:r w:rsidRPr="00697FA7">
        <w:rPr>
          <w:b/>
          <w:sz w:val="20"/>
          <w:lang w:val="pt-BR"/>
        </w:rPr>
        <w:t>ASSINATURA DO REQUERENTE</w:t>
      </w:r>
    </w:p>
    <w:p w14:paraId="3C3BDBBF" w14:textId="77777777" w:rsidR="00A26261" w:rsidRPr="00697FA7" w:rsidRDefault="00000000">
      <w:pPr>
        <w:jc w:val="center"/>
        <w:rPr>
          <w:lang w:val="pt-BR"/>
        </w:rPr>
      </w:pPr>
      <w:r w:rsidRPr="00697FA7">
        <w:rPr>
          <w:lang w:val="pt-BR"/>
        </w:rPr>
        <w:t>Data de Protocolo: ____ / ____ / 2026</w:t>
      </w:r>
    </w:p>
    <w:sectPr w:rsidR="00A26261" w:rsidRPr="00697FA7" w:rsidSect="00034616"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erad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erad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Commarcador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Commarcador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072193705">
    <w:abstractNumId w:val="8"/>
  </w:num>
  <w:num w:numId="2" w16cid:durableId="464809442">
    <w:abstractNumId w:val="6"/>
  </w:num>
  <w:num w:numId="3" w16cid:durableId="784733869">
    <w:abstractNumId w:val="5"/>
  </w:num>
  <w:num w:numId="4" w16cid:durableId="142086109">
    <w:abstractNumId w:val="4"/>
  </w:num>
  <w:num w:numId="5" w16cid:durableId="1911623066">
    <w:abstractNumId w:val="7"/>
  </w:num>
  <w:num w:numId="6" w16cid:durableId="614407487">
    <w:abstractNumId w:val="3"/>
  </w:num>
  <w:num w:numId="7" w16cid:durableId="32851416">
    <w:abstractNumId w:val="2"/>
  </w:num>
  <w:num w:numId="8" w16cid:durableId="693992849">
    <w:abstractNumId w:val="1"/>
  </w:num>
  <w:num w:numId="9" w16cid:durableId="19258413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697FA7"/>
    <w:rsid w:val="0078316E"/>
    <w:rsid w:val="00A26261"/>
    <w:rsid w:val="00A36982"/>
    <w:rsid w:val="00AA1D8D"/>
    <w:rsid w:val="00B47730"/>
    <w:rsid w:val="00BD0517"/>
    <w:rsid w:val="00CB0664"/>
    <w:rsid w:val="00EC2623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4062061"/>
  <w14:defaultImageDpi w14:val="300"/>
  <w15:docId w15:val="{917C625B-350C-4269-87B9-400712FF49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Times New Roman" w:hAnsi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618BF"/>
  </w:style>
  <w:style w:type="paragraph" w:styleId="Rodap">
    <w:name w:val="footer"/>
    <w:basedOn w:val="Normal"/>
    <w:link w:val="Rodap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618BF"/>
  </w:style>
  <w:style w:type="paragraph" w:styleId="SemEspaament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grafoda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rsid w:val="00AA1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AA1D8D"/>
  </w:style>
  <w:style w:type="paragraph" w:styleId="Corpodetexto2">
    <w:name w:val="Body Text 2"/>
    <w:basedOn w:val="Normal"/>
    <w:link w:val="Corpodetexto2Char"/>
    <w:uiPriority w:val="99"/>
    <w:unhideWhenUsed/>
    <w:rsid w:val="00AA1D8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AA1D8D"/>
  </w:style>
  <w:style w:type="paragraph" w:styleId="Corpodetexto3">
    <w:name w:val="Body Text 3"/>
    <w:basedOn w:val="Normal"/>
    <w:link w:val="Corpodetexto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Commarcador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Commarcador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Commarcador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erada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erada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erada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adecontinuao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adecontinuao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adecontinuao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demacro">
    <w:name w:val="macro"/>
    <w:link w:val="Textodemacro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rsid w:val="0029639D"/>
    <w:rPr>
      <w:rFonts w:ascii="Courier" w:hAnsi="Courier"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FC693F"/>
    <w:rPr>
      <w:i/>
      <w:iCs/>
      <w:color w:val="000000" w:themeColor="text1"/>
    </w:rPr>
  </w:style>
  <w:style w:type="character" w:customStyle="1" w:styleId="CitaoChar">
    <w:name w:val="Citação Char"/>
    <w:basedOn w:val="Fontepargpadro"/>
    <w:link w:val="Citao"/>
    <w:uiPriority w:val="29"/>
    <w:rsid w:val="00FC693F"/>
    <w:rPr>
      <w:i/>
      <w:iCs/>
      <w:color w:val="000000" w:themeColor="text1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orte">
    <w:name w:val="Strong"/>
    <w:basedOn w:val="Fontepargpadro"/>
    <w:uiPriority w:val="22"/>
    <w:qFormat/>
    <w:rsid w:val="00FC693F"/>
    <w:rPr>
      <w:b/>
      <w:bCs/>
    </w:rPr>
  </w:style>
  <w:style w:type="character" w:styleId="nfase">
    <w:name w:val="Emphasis"/>
    <w:basedOn w:val="Fontepargpadro"/>
    <w:uiPriority w:val="20"/>
    <w:qFormat/>
    <w:rsid w:val="00FC693F"/>
    <w:rPr>
      <w:i/>
      <w:iCs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C693F"/>
    <w:rPr>
      <w:b/>
      <w:bCs/>
      <w:i/>
      <w:iCs/>
      <w:color w:val="4F81BD" w:themeColor="accent1"/>
    </w:rPr>
  </w:style>
  <w:style w:type="character" w:styleId="nfaseSutil">
    <w:name w:val="Subtle Emphasis"/>
    <w:basedOn w:val="Fontepargpadro"/>
    <w:uiPriority w:val="19"/>
    <w:qFormat/>
    <w:rsid w:val="00FC693F"/>
    <w:rPr>
      <w:i/>
      <w:iCs/>
      <w:color w:val="808080" w:themeColor="text1" w:themeTint="7F"/>
    </w:rPr>
  </w:style>
  <w:style w:type="character" w:styleId="nfaseIntensa">
    <w:name w:val="Intense Emphasis"/>
    <w:basedOn w:val="Fontepargpadro"/>
    <w:uiPriority w:val="21"/>
    <w:qFormat/>
    <w:rsid w:val="00FC693F"/>
    <w:rPr>
      <w:b/>
      <w:bCs/>
      <w:i/>
      <w:iCs/>
      <w:color w:val="4F81BD" w:themeColor="accent1"/>
    </w:rPr>
  </w:style>
  <w:style w:type="character" w:styleId="RefernciaSutil">
    <w:name w:val="Subtle Reference"/>
    <w:basedOn w:val="Fontepargpadro"/>
    <w:uiPriority w:val="31"/>
    <w:qFormat/>
    <w:rsid w:val="00FC693F"/>
    <w:rPr>
      <w:smallCaps/>
      <w:color w:val="C0504D" w:themeColor="accent2"/>
      <w:u w:val="single"/>
    </w:rPr>
  </w:style>
  <w:style w:type="character" w:styleId="RefernciaIntensa">
    <w:name w:val="Intense Reference"/>
    <w:basedOn w:val="Fontepargpadr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oLivro">
    <w:name w:val="Book Title"/>
    <w:basedOn w:val="Fontepargpadro"/>
    <w:uiPriority w:val="33"/>
    <w:qFormat/>
    <w:rsid w:val="00FC693F"/>
    <w:rPr>
      <w:b/>
      <w:bCs/>
      <w:smallCaps/>
      <w:spacing w:val="5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elacomgrade">
    <w:name w:val="Table Grid"/>
    <w:basedOn w:val="Tabe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mentoClaro">
    <w:name w:val="Light Shading"/>
    <w:basedOn w:val="Tabe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mentoClaro-nfase1">
    <w:name w:val="Light Shading Accent 1"/>
    <w:basedOn w:val="Tabe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mentoClaro-nfase2">
    <w:name w:val="Light Shading Accent 2"/>
    <w:basedOn w:val="Tabe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mentoClaro-nfase3">
    <w:name w:val="Light Shading Accent 3"/>
    <w:basedOn w:val="Tabe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mentoClaro-nfase4">
    <w:name w:val="Light Shading Accent 4"/>
    <w:basedOn w:val="Tabe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mentoClaro-nfase5">
    <w:name w:val="Light Shading Accent 5"/>
    <w:basedOn w:val="Tabe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mentoClaro-nfase6">
    <w:name w:val="Light Shading Accent 6"/>
    <w:basedOn w:val="Tabe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e1">
    <w:name w:val="Light List Accent 1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e2">
    <w:name w:val="Light List Accent 2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e3">
    <w:name w:val="Light List Accent 3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e4">
    <w:name w:val="Light List Accent 4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e5">
    <w:name w:val="Light List Accent 5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e6">
    <w:name w:val="Light List Accent 6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adeClara">
    <w:name w:val="Light Grid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adeClara-nfase1">
    <w:name w:val="Light Grid Accent 1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adeClara-nfase2">
    <w:name w:val="Light Grid Accent 2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adeClara-nfase3">
    <w:name w:val="Light Grid Accent 3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adeClara-nfase4">
    <w:name w:val="Light Grid Accent 4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adeClara-nfase5">
    <w:name w:val="Light Grid Accent 5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adeClara-nfase6">
    <w:name w:val="Light Grid Accent 6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mentoMdio1">
    <w:name w:val="Medium Shading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1">
    <w:name w:val="Medium Shading 1 Accent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2">
    <w:name w:val="Medium Shading 1 Accent 2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3">
    <w:name w:val="Medium Shading 1 Accent 3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4">
    <w:name w:val="Medium Shading 1 Accent 4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5">
    <w:name w:val="Medium Shading 1 Accent 5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6">
    <w:name w:val="Medium Shading 1 Accent 6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2">
    <w:name w:val="Medium Shading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1">
    <w:name w:val="Medium Shading 2 Accent 1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2">
    <w:name w:val="Medium Shading 2 Accent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3">
    <w:name w:val="Medium Shading 2 Accent 3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4">
    <w:name w:val="Medium Shading 2 Accent 4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5">
    <w:name w:val="Medium Shading 2 Accent 5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6">
    <w:name w:val="Medium Shading 2 Accent 6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dia1">
    <w:name w:val="Medium Lis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dia1-nfase1">
    <w:name w:val="Medium List 1 Accen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dia1-nfase2">
    <w:name w:val="Medium List 1 Accent 2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dia1-nfase3">
    <w:name w:val="Medium List 1 Accent 3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dia1-nfase4">
    <w:name w:val="Medium List 1 Accent 4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dia1-nfase5">
    <w:name w:val="Medium List 1 Accent 5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dia1-nfase6">
    <w:name w:val="Medium List 1 Accent 6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dia2">
    <w:name w:val="Medium Lis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1">
    <w:name w:val="Medium List 2 Accent 1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2">
    <w:name w:val="Medium List 2 Accen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3">
    <w:name w:val="Medium List 2 Accent 3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4">
    <w:name w:val="Medium List 2 Accent 4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5">
    <w:name w:val="Medium List 2 Accent 5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6">
    <w:name w:val="Medium List 2 Accent 6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adeMdia1">
    <w:name w:val="Medium Grid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Mdia1-nfase1">
    <w:name w:val="Medium Grid 1 Accent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Mdia1-nfase2">
    <w:name w:val="Medium Grid 1 Accent 2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Mdia1-nfase3">
    <w:name w:val="Medium Grid 1 Accent 3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Mdia1-nfase4">
    <w:name w:val="Medium Grid 1 Accent 4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Mdia1-nfase5">
    <w:name w:val="Medium Grid 1 Accent 5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Mdia1-nfase6">
    <w:name w:val="Medium Grid 1 Accent 6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adeMdia2">
    <w:name w:val="Medium Grid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1">
    <w:name w:val="Medium Grid 2 Accent 1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2">
    <w:name w:val="Medium Grid 2 Accent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3">
    <w:name w:val="Medium Grid 2 Accent 3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4">
    <w:name w:val="Medium Grid 2 Accent 4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5">
    <w:name w:val="Medium Grid 2 Accent 5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6">
    <w:name w:val="Medium Grid 2 Accent 6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3">
    <w:name w:val="Medium Grid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adeMdia3-nfase1">
    <w:name w:val="Medium Grid 3 Accent 1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adeMdia3-nfase2">
    <w:name w:val="Medium Grid 3 Accent 2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adeMdia3-nfase3">
    <w:name w:val="Medium Grid 3 Accent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adeMdia3-nfase4">
    <w:name w:val="Medium Grid 3 Accent 4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adeMdia3-nfase5">
    <w:name w:val="Medium Grid 3 Accent 5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adeMdia3-nfase6">
    <w:name w:val="Medium Grid 3 Accent 6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Escura">
    <w:name w:val="Dark List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Escura-nfase1">
    <w:name w:val="Dark List Accent 1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Escura-nfase2">
    <w:name w:val="Dark List Accent 2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Escura-nfase3">
    <w:name w:val="Dark List Accent 3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Escura-nfase4">
    <w:name w:val="Dark List Accent 4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Escura-nfase5">
    <w:name w:val="Dark List Accent 5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Escura-nfase6">
    <w:name w:val="Dark List Accent 6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mentoColorido">
    <w:name w:val="Colorful Shading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Escuro-nfase1">
    <w:name w:val="Colorful Shading Accent 1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2">
    <w:name w:val="Colorful Shading Accent 2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3">
    <w:name w:val="Colorful Shading Accent 3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mentoColorido-nfase4">
    <w:name w:val="Colorful Shading Accent 4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5">
    <w:name w:val="Colorful Shading Accent 5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6">
    <w:name w:val="Colorful Shading Accent 6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Colorida">
    <w:name w:val="Colorful List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Colorida-nfase1">
    <w:name w:val="Colorful List Accent 1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Colorida-nfase2">
    <w:name w:val="Colorful List Accent 2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Colorida-nfase3">
    <w:name w:val="Colorful List Accent 3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Colorida-nfase4">
    <w:name w:val="Colorful List Accent 4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Colorida-nfase5">
    <w:name w:val="Colorful List Accent 5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Colorida-nfase6">
    <w:name w:val="Colorful List Accent 6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adeColorida">
    <w:name w:val="Colorful Grid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Colorida-nfase1">
    <w:name w:val="Colorful Grid Accent 1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Colorida-nfase2">
    <w:name w:val="Colorful Grid Accent 2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Colorida-nfase3">
    <w:name w:val="Colorful Grid Accent 3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Colorida-nfase4">
    <w:name w:val="Colorful Grid Accent 4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Colorida-nfase5">
    <w:name w:val="Colorful Grid Accent 5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Colorida-nfase6">
    <w:name w:val="Colorful Grid Accent 6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562</Words>
  <Characters>3036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3591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Tributos 02</cp:lastModifiedBy>
  <cp:revision>4</cp:revision>
  <dcterms:created xsi:type="dcterms:W3CDTF">2013-12-23T23:15:00Z</dcterms:created>
  <dcterms:modified xsi:type="dcterms:W3CDTF">2026-06-02T11:47:00Z</dcterms:modified>
  <cp:category/>
</cp:coreProperties>
</file>